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5D961" w14:textId="2A6225A7" w:rsidR="00FA77E7" w:rsidRPr="00ED3E47" w:rsidRDefault="00E252D4" w:rsidP="00525D9D">
      <w:pPr>
        <w:spacing w:after="0"/>
        <w:jc w:val="center"/>
        <w:rPr>
          <w:lang w:val="cs-CZ"/>
        </w:rPr>
      </w:pPr>
      <w:r>
        <w:rPr>
          <w:noProof/>
          <w:sz w:val="24"/>
          <w:szCs w:val="24"/>
          <w:lang w:val="cs-CZ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C4F9051" wp14:editId="73D5C7ED">
                <wp:simplePos x="0" y="0"/>
                <wp:positionH relativeFrom="column">
                  <wp:posOffset>-310604</wp:posOffset>
                </wp:positionH>
                <wp:positionV relativeFrom="paragraph">
                  <wp:posOffset>-200896</wp:posOffset>
                </wp:positionV>
                <wp:extent cx="6045939" cy="5924550"/>
                <wp:effectExtent l="0" t="0" r="12065" b="19050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939" cy="5924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EA80D" id="Obdélník 3" o:spid="_x0000_s1026" style="position:absolute;margin-left:-24.45pt;margin-top:-15.8pt;width:476.05pt;height:466.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" filled="f" strokecolor="black [3213]" strokeweight=".5pt"/>
            </w:pict>
          </mc:Fallback>
        </mc:AlternateContent>
      </w:r>
      <w:r w:rsidR="005E2F90" w:rsidRPr="00ED3E47">
        <w:rPr>
          <w:b/>
          <w:sz w:val="28"/>
          <w:lang w:val="cs-CZ"/>
        </w:rPr>
        <w:t>ŽÁDOST O VYHOTOVENÍ DUPLIKÁTU VYSVĚDČENÍ</w:t>
      </w:r>
    </w:p>
    <w:p w14:paraId="2B187E64" w14:textId="77777777" w:rsidR="008D0838" w:rsidRDefault="008D0838" w:rsidP="00525D9D">
      <w:pPr>
        <w:spacing w:after="0"/>
        <w:rPr>
          <w:sz w:val="24"/>
          <w:szCs w:val="24"/>
          <w:lang w:val="cs-CZ"/>
        </w:rPr>
      </w:pPr>
    </w:p>
    <w:p w14:paraId="0A9792A7" w14:textId="7E4EAB8F" w:rsidR="00ED3E47" w:rsidRPr="00ED3E47" w:rsidRDefault="00ED3E47" w:rsidP="00525D9D">
      <w:pPr>
        <w:spacing w:after="0"/>
        <w:rPr>
          <w:sz w:val="24"/>
          <w:szCs w:val="24"/>
          <w:lang w:val="cs-CZ"/>
        </w:rPr>
      </w:pPr>
      <w:r>
        <w:rPr>
          <w:noProof/>
          <w:sz w:val="24"/>
          <w:szCs w:val="24"/>
          <w:lang w:val="cs-CZ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AC4BDDA" wp14:editId="1695890F">
                <wp:simplePos x="0" y="0"/>
                <wp:positionH relativeFrom="column">
                  <wp:posOffset>-55423</wp:posOffset>
                </wp:positionH>
                <wp:positionV relativeFrom="paragraph">
                  <wp:posOffset>240665</wp:posOffset>
                </wp:positionV>
                <wp:extent cx="5461147" cy="382772"/>
                <wp:effectExtent l="0" t="0" r="25400" b="1778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147" cy="38277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F8404B" id="Obdélník 2" o:spid="_x0000_s1026" style="position:absolute;margin-left:-4.35pt;margin-top:18.95pt;width:430pt;height:30.15pt;z-index:25163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" filled="f" strokecolor="black [3213]" strokeweight=".5pt"/>
            </w:pict>
          </mc:Fallback>
        </mc:AlternateContent>
      </w:r>
      <w:r w:rsidRPr="00ED3E47">
        <w:rPr>
          <w:sz w:val="24"/>
          <w:szCs w:val="24"/>
          <w:lang w:val="cs-CZ"/>
        </w:rPr>
        <w:t>Jméno</w:t>
      </w:r>
    </w:p>
    <w:p w14:paraId="1851C612" w14:textId="0060D7DE" w:rsidR="00ED3E47" w:rsidRPr="00ED3E47" w:rsidRDefault="00ED3E47" w:rsidP="00525D9D">
      <w:pPr>
        <w:spacing w:after="0"/>
        <w:rPr>
          <w:sz w:val="24"/>
          <w:szCs w:val="24"/>
          <w:lang w:val="cs-CZ"/>
        </w:rPr>
      </w:pPr>
    </w:p>
    <w:p w14:paraId="7FED5AE1" w14:textId="267A8BBF" w:rsidR="00525D9D" w:rsidRDefault="00525D9D" w:rsidP="00525D9D">
      <w:pPr>
        <w:spacing w:after="0"/>
        <w:rPr>
          <w:sz w:val="24"/>
          <w:szCs w:val="24"/>
          <w:lang w:val="cs-CZ"/>
        </w:rPr>
      </w:pPr>
    </w:p>
    <w:p w14:paraId="0EF32446" w14:textId="273AB03B" w:rsidR="00525D9D" w:rsidRDefault="00525D9D" w:rsidP="00525D9D">
      <w:pPr>
        <w:spacing w:after="0"/>
        <w:rPr>
          <w:sz w:val="24"/>
          <w:szCs w:val="24"/>
          <w:lang w:val="cs-CZ"/>
        </w:rPr>
      </w:pPr>
    </w:p>
    <w:p w14:paraId="25012952" w14:textId="14B32C64" w:rsidR="00FA77E7" w:rsidRPr="00ED3E47" w:rsidRDefault="00E252D4" w:rsidP="00525D9D">
      <w:pPr>
        <w:spacing w:after="0"/>
        <w:rPr>
          <w:sz w:val="24"/>
          <w:szCs w:val="24"/>
          <w:lang w:val="cs-CZ"/>
        </w:rPr>
      </w:pPr>
      <w:r>
        <w:rPr>
          <w:noProof/>
          <w:sz w:val="24"/>
          <w:szCs w:val="24"/>
          <w:lang w:val="cs-CZ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D7FB5AA" wp14:editId="268B67DE">
                <wp:simplePos x="0" y="0"/>
                <wp:positionH relativeFrom="column">
                  <wp:posOffset>-66056</wp:posOffset>
                </wp:positionH>
                <wp:positionV relativeFrom="paragraph">
                  <wp:posOffset>214025</wp:posOffset>
                </wp:positionV>
                <wp:extent cx="5471633" cy="382772"/>
                <wp:effectExtent l="0" t="0" r="15240" b="1778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1633" cy="38277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07293A" id="Obdélník 4" o:spid="_x0000_s1026" style="position:absolute;margin-left:-5.2pt;margin-top:16.85pt;width:430.85pt;height:30.15pt;z-index:25164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" filled="f" strokecolor="black [3213]" strokeweight=".5pt"/>
            </w:pict>
          </mc:Fallback>
        </mc:AlternateContent>
      </w:r>
      <w:r w:rsidR="005E2F90" w:rsidRPr="00ED3E47">
        <w:rPr>
          <w:sz w:val="24"/>
          <w:szCs w:val="24"/>
          <w:lang w:val="cs-CZ"/>
        </w:rPr>
        <w:t>Příjmení (rodné příjmení)</w:t>
      </w:r>
    </w:p>
    <w:p w14:paraId="3E66794D" w14:textId="614E777F" w:rsidR="00ED3E47" w:rsidRDefault="00ED3E47" w:rsidP="00525D9D">
      <w:pPr>
        <w:spacing w:after="0"/>
        <w:rPr>
          <w:sz w:val="24"/>
          <w:szCs w:val="24"/>
          <w:lang w:val="cs-CZ"/>
        </w:rPr>
      </w:pPr>
    </w:p>
    <w:p w14:paraId="3D3AF30F" w14:textId="3941F671" w:rsidR="00525D9D" w:rsidRDefault="00525D9D" w:rsidP="00525D9D">
      <w:pPr>
        <w:spacing w:after="0"/>
        <w:rPr>
          <w:sz w:val="24"/>
          <w:szCs w:val="24"/>
          <w:lang w:val="cs-CZ"/>
        </w:rPr>
      </w:pPr>
    </w:p>
    <w:p w14:paraId="7ED562D6" w14:textId="3C063A9F" w:rsidR="00525D9D" w:rsidRDefault="00525D9D" w:rsidP="00525D9D">
      <w:pPr>
        <w:spacing w:after="0"/>
        <w:rPr>
          <w:sz w:val="24"/>
          <w:szCs w:val="24"/>
          <w:lang w:val="cs-CZ"/>
        </w:rPr>
      </w:pPr>
    </w:p>
    <w:p w14:paraId="389AE26A" w14:textId="6C254298" w:rsidR="00FA77E7" w:rsidRPr="00ED3E47" w:rsidRDefault="00E252D4" w:rsidP="00525D9D">
      <w:pPr>
        <w:spacing w:after="0"/>
        <w:rPr>
          <w:sz w:val="24"/>
          <w:szCs w:val="24"/>
          <w:lang w:val="cs-CZ"/>
        </w:rPr>
      </w:pPr>
      <w:r>
        <w:rPr>
          <w:noProof/>
          <w:sz w:val="24"/>
          <w:szCs w:val="24"/>
          <w:lang w:val="cs-CZ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387CBC6" wp14:editId="025099D7">
                <wp:simplePos x="0" y="0"/>
                <wp:positionH relativeFrom="column">
                  <wp:posOffset>-50800</wp:posOffset>
                </wp:positionH>
                <wp:positionV relativeFrom="paragraph">
                  <wp:posOffset>230978</wp:posOffset>
                </wp:positionV>
                <wp:extent cx="5471160" cy="382270"/>
                <wp:effectExtent l="0" t="0" r="15240" b="1778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1160" cy="3822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27F991" id="Obdélník 5" o:spid="_x0000_s1026" style="position:absolute;margin-left:-4pt;margin-top:18.2pt;width:430.8pt;height:30.1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" filled="f" strokecolor="black [3213]" strokeweight=".5pt"/>
            </w:pict>
          </mc:Fallback>
        </mc:AlternateContent>
      </w:r>
      <w:r w:rsidR="005E2F90" w:rsidRPr="00ED3E47">
        <w:rPr>
          <w:sz w:val="24"/>
          <w:szCs w:val="24"/>
          <w:lang w:val="cs-CZ"/>
        </w:rPr>
        <w:t>Datum narození</w:t>
      </w:r>
    </w:p>
    <w:p w14:paraId="7B2E3BA4" w14:textId="693F58E1" w:rsidR="00ED3E47" w:rsidRDefault="00ED3E47" w:rsidP="00525D9D">
      <w:pPr>
        <w:spacing w:after="0"/>
        <w:rPr>
          <w:sz w:val="24"/>
          <w:szCs w:val="24"/>
          <w:lang w:val="cs-CZ"/>
        </w:rPr>
      </w:pPr>
    </w:p>
    <w:p w14:paraId="68700F48" w14:textId="72424446" w:rsidR="00525D9D" w:rsidRDefault="00525D9D" w:rsidP="00525D9D">
      <w:pPr>
        <w:spacing w:after="0"/>
        <w:rPr>
          <w:sz w:val="24"/>
          <w:szCs w:val="24"/>
          <w:lang w:val="cs-CZ"/>
        </w:rPr>
      </w:pPr>
    </w:p>
    <w:p w14:paraId="13196723" w14:textId="00E5DF67" w:rsidR="00525D9D" w:rsidRDefault="00525D9D" w:rsidP="00525D9D">
      <w:pPr>
        <w:spacing w:after="0"/>
        <w:rPr>
          <w:sz w:val="24"/>
          <w:szCs w:val="24"/>
          <w:lang w:val="cs-CZ"/>
        </w:rPr>
      </w:pPr>
    </w:p>
    <w:p w14:paraId="28ECDC1E" w14:textId="4BC65744" w:rsidR="00FA77E7" w:rsidRPr="00ED3E47" w:rsidRDefault="00673009" w:rsidP="00525D9D">
      <w:pPr>
        <w:spacing w:after="0"/>
        <w:rPr>
          <w:sz w:val="24"/>
          <w:szCs w:val="24"/>
          <w:lang w:val="cs-CZ"/>
        </w:rPr>
      </w:pPr>
      <w:r>
        <w:rPr>
          <w:noProof/>
          <w:sz w:val="24"/>
          <w:szCs w:val="24"/>
          <w:lang w:val="cs-CZ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706127D" wp14:editId="0A7D2AF3">
                <wp:simplePos x="0" y="0"/>
                <wp:positionH relativeFrom="column">
                  <wp:posOffset>-48260</wp:posOffset>
                </wp:positionH>
                <wp:positionV relativeFrom="paragraph">
                  <wp:posOffset>231302</wp:posOffset>
                </wp:positionV>
                <wp:extent cx="5471160" cy="382270"/>
                <wp:effectExtent l="0" t="0" r="15240" b="17780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1160" cy="3822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C6E026" id="Obdélník 6" o:spid="_x0000_s1026" style="position:absolute;margin-left:-3.8pt;margin-top:18.2pt;width:430.8pt;height:30.1pt;z-index:25166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" filled="f" strokecolor="black [3213]" strokeweight=".5pt"/>
            </w:pict>
          </mc:Fallback>
        </mc:AlternateContent>
      </w:r>
      <w:r w:rsidR="005E2F90" w:rsidRPr="00ED3E47">
        <w:rPr>
          <w:sz w:val="24"/>
          <w:szCs w:val="24"/>
          <w:lang w:val="cs-CZ"/>
        </w:rPr>
        <w:t>Školní rok</w:t>
      </w:r>
    </w:p>
    <w:p w14:paraId="68E34B62" w14:textId="788DE49A" w:rsidR="00ED3E47" w:rsidRDefault="00ED3E47" w:rsidP="00525D9D">
      <w:pPr>
        <w:spacing w:after="0"/>
        <w:rPr>
          <w:sz w:val="24"/>
          <w:szCs w:val="24"/>
          <w:lang w:val="cs-CZ"/>
        </w:rPr>
      </w:pPr>
    </w:p>
    <w:p w14:paraId="64657FA3" w14:textId="7CA2B31D" w:rsidR="00525D9D" w:rsidRDefault="00525D9D" w:rsidP="00525D9D">
      <w:pPr>
        <w:spacing w:after="0"/>
        <w:rPr>
          <w:sz w:val="24"/>
          <w:szCs w:val="24"/>
          <w:lang w:val="cs-CZ"/>
        </w:rPr>
      </w:pPr>
    </w:p>
    <w:p w14:paraId="32655F47" w14:textId="5B0350CA" w:rsidR="00525D9D" w:rsidRDefault="00525D9D" w:rsidP="00525D9D">
      <w:pPr>
        <w:spacing w:after="0"/>
        <w:rPr>
          <w:sz w:val="24"/>
          <w:szCs w:val="24"/>
          <w:lang w:val="cs-CZ"/>
        </w:rPr>
      </w:pPr>
    </w:p>
    <w:p w14:paraId="21C53C0C" w14:textId="0725E3B6" w:rsidR="00FA77E7" w:rsidRPr="00ED3E47" w:rsidRDefault="00673009" w:rsidP="00525D9D">
      <w:pPr>
        <w:spacing w:after="0"/>
        <w:rPr>
          <w:sz w:val="24"/>
          <w:szCs w:val="24"/>
          <w:lang w:val="cs-CZ"/>
        </w:rPr>
      </w:pPr>
      <w:r>
        <w:rPr>
          <w:noProof/>
          <w:sz w:val="24"/>
          <w:szCs w:val="24"/>
          <w:lang w:val="cs-CZ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E62BA56" wp14:editId="4B8C84B2">
                <wp:simplePos x="0" y="0"/>
                <wp:positionH relativeFrom="column">
                  <wp:posOffset>-33655</wp:posOffset>
                </wp:positionH>
                <wp:positionV relativeFrom="paragraph">
                  <wp:posOffset>214157</wp:posOffset>
                </wp:positionV>
                <wp:extent cx="5471160" cy="382270"/>
                <wp:effectExtent l="0" t="0" r="15240" b="17780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1160" cy="3822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17FB72" id="Obdélník 7" o:spid="_x0000_s1026" style="position:absolute;margin-left:-2.65pt;margin-top:16.85pt;width:430.8pt;height:30.1pt;z-index:25167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" filled="f" strokecolor="black [3213]" strokeweight=".5pt"/>
            </w:pict>
          </mc:Fallback>
        </mc:AlternateContent>
      </w:r>
      <w:r w:rsidR="005E2F90" w:rsidRPr="00ED3E47">
        <w:rPr>
          <w:sz w:val="24"/>
          <w:szCs w:val="24"/>
          <w:lang w:val="cs-CZ"/>
        </w:rPr>
        <w:t>Třídní učitel/</w:t>
      </w:r>
      <w:proofErr w:type="spellStart"/>
      <w:r w:rsidR="005E2F90" w:rsidRPr="00ED3E47">
        <w:rPr>
          <w:sz w:val="24"/>
          <w:szCs w:val="24"/>
          <w:lang w:val="cs-CZ"/>
        </w:rPr>
        <w:t>ka</w:t>
      </w:r>
      <w:proofErr w:type="spellEnd"/>
    </w:p>
    <w:p w14:paraId="2DDE0873" w14:textId="40F653B9" w:rsidR="00ED3E47" w:rsidRDefault="00ED3E47" w:rsidP="00525D9D">
      <w:pPr>
        <w:spacing w:after="0"/>
        <w:rPr>
          <w:sz w:val="24"/>
          <w:szCs w:val="24"/>
          <w:lang w:val="cs-CZ"/>
        </w:rPr>
      </w:pPr>
    </w:p>
    <w:p w14:paraId="08969336" w14:textId="62D38607" w:rsidR="00525D9D" w:rsidRDefault="00525D9D" w:rsidP="00525D9D">
      <w:pPr>
        <w:spacing w:after="0"/>
        <w:rPr>
          <w:sz w:val="24"/>
          <w:szCs w:val="24"/>
          <w:lang w:val="cs-CZ"/>
        </w:rPr>
      </w:pPr>
    </w:p>
    <w:p w14:paraId="36CB517C" w14:textId="3B388C60" w:rsidR="00525D9D" w:rsidRDefault="00525D9D" w:rsidP="00525D9D">
      <w:pPr>
        <w:spacing w:after="0"/>
        <w:rPr>
          <w:sz w:val="24"/>
          <w:szCs w:val="24"/>
          <w:lang w:val="cs-CZ"/>
        </w:rPr>
      </w:pPr>
    </w:p>
    <w:p w14:paraId="269D6756" w14:textId="036E0E87" w:rsidR="00FA77E7" w:rsidRDefault="00673009" w:rsidP="00525D9D">
      <w:pPr>
        <w:spacing w:after="0"/>
        <w:rPr>
          <w:sz w:val="24"/>
          <w:szCs w:val="24"/>
          <w:lang w:val="cs-CZ"/>
        </w:rPr>
      </w:pPr>
      <w:r>
        <w:rPr>
          <w:noProof/>
          <w:sz w:val="24"/>
          <w:szCs w:val="24"/>
          <w:lang w:val="cs-CZ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3F8DE8D" wp14:editId="377B8457">
                <wp:simplePos x="0" y="0"/>
                <wp:positionH relativeFrom="column">
                  <wp:posOffset>-30480</wp:posOffset>
                </wp:positionH>
                <wp:positionV relativeFrom="paragraph">
                  <wp:posOffset>210023</wp:posOffset>
                </wp:positionV>
                <wp:extent cx="5471160" cy="382270"/>
                <wp:effectExtent l="0" t="0" r="15240" b="17780"/>
                <wp:wrapNone/>
                <wp:docPr id="8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1160" cy="3822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576743" id="Obdélník 8" o:spid="_x0000_s1026" style="position:absolute;margin-left:-2.4pt;margin-top:16.55pt;width:430.8pt;height:30.1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" filled="f" strokecolor="black [3213]" strokeweight=".5pt"/>
            </w:pict>
          </mc:Fallback>
        </mc:AlternateContent>
      </w:r>
      <w:r w:rsidR="005E2F90" w:rsidRPr="00ED3E47">
        <w:rPr>
          <w:sz w:val="24"/>
          <w:szCs w:val="24"/>
          <w:lang w:val="cs-CZ"/>
        </w:rPr>
        <w:t>Kontakt pro oznámení o vyzvednutí (tel., e-mail...)</w:t>
      </w:r>
    </w:p>
    <w:p w14:paraId="29C6C3F0" w14:textId="77777777" w:rsidR="00ED3E47" w:rsidRDefault="00ED3E47" w:rsidP="00525D9D">
      <w:pPr>
        <w:spacing w:after="0"/>
        <w:rPr>
          <w:sz w:val="24"/>
          <w:szCs w:val="24"/>
          <w:lang w:val="cs-CZ"/>
        </w:rPr>
      </w:pPr>
    </w:p>
    <w:p w14:paraId="1E91A81B" w14:textId="77777777" w:rsidR="00525D9D" w:rsidRDefault="00525D9D" w:rsidP="00525D9D">
      <w:pPr>
        <w:spacing w:after="0"/>
        <w:rPr>
          <w:sz w:val="24"/>
          <w:szCs w:val="24"/>
          <w:lang w:val="cs-CZ"/>
        </w:rPr>
      </w:pPr>
    </w:p>
    <w:p w14:paraId="2DC53781" w14:textId="77777777" w:rsidR="00525D9D" w:rsidRPr="00ED3E47" w:rsidRDefault="00525D9D" w:rsidP="00525D9D">
      <w:pPr>
        <w:spacing w:after="0"/>
        <w:rPr>
          <w:sz w:val="24"/>
          <w:szCs w:val="24"/>
          <w:lang w:val="cs-CZ"/>
        </w:rPr>
      </w:pPr>
    </w:p>
    <w:p w14:paraId="4DFCACD8" w14:textId="77777777" w:rsidR="008D0838" w:rsidRDefault="008D0838" w:rsidP="00525D9D">
      <w:pPr>
        <w:spacing w:after="0"/>
        <w:rPr>
          <w:sz w:val="24"/>
          <w:szCs w:val="24"/>
          <w:lang w:val="cs-CZ"/>
        </w:rPr>
      </w:pPr>
    </w:p>
    <w:p w14:paraId="4BEA2439" w14:textId="77777777" w:rsidR="008D0838" w:rsidRDefault="008D0838" w:rsidP="00525D9D">
      <w:pPr>
        <w:spacing w:after="0"/>
        <w:rPr>
          <w:sz w:val="24"/>
          <w:szCs w:val="24"/>
          <w:lang w:val="cs-CZ"/>
        </w:rPr>
      </w:pPr>
    </w:p>
    <w:p w14:paraId="7F9212F3" w14:textId="717FB907" w:rsidR="00FA77E7" w:rsidRPr="00ED3E47" w:rsidRDefault="005E2F90" w:rsidP="00525D9D">
      <w:pPr>
        <w:spacing w:after="0"/>
        <w:rPr>
          <w:sz w:val="24"/>
          <w:szCs w:val="24"/>
          <w:lang w:val="cs-CZ"/>
        </w:rPr>
      </w:pPr>
      <w:r w:rsidRPr="00ED3E47">
        <w:rPr>
          <w:sz w:val="24"/>
          <w:szCs w:val="24"/>
          <w:lang w:val="cs-CZ"/>
        </w:rPr>
        <w:t>Poplatek za vyhotovení duplikátu vysvědčení činí 200 Kč.</w:t>
      </w:r>
    </w:p>
    <w:sectPr w:rsidR="00FA77E7" w:rsidRPr="00ED3E47" w:rsidSect="00525D9D">
      <w:pgSz w:w="12240" w:h="15840"/>
      <w:pgMar w:top="1418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2943211">
    <w:abstractNumId w:val="8"/>
  </w:num>
  <w:num w:numId="2" w16cid:durableId="759065084">
    <w:abstractNumId w:val="6"/>
  </w:num>
  <w:num w:numId="3" w16cid:durableId="1089275626">
    <w:abstractNumId w:val="5"/>
  </w:num>
  <w:num w:numId="4" w16cid:durableId="261961695">
    <w:abstractNumId w:val="4"/>
  </w:num>
  <w:num w:numId="5" w16cid:durableId="1306550273">
    <w:abstractNumId w:val="7"/>
  </w:num>
  <w:num w:numId="6" w16cid:durableId="180365280">
    <w:abstractNumId w:val="3"/>
  </w:num>
  <w:num w:numId="7" w16cid:durableId="310142253">
    <w:abstractNumId w:val="2"/>
  </w:num>
  <w:num w:numId="8" w16cid:durableId="365453182">
    <w:abstractNumId w:val="1"/>
  </w:num>
  <w:num w:numId="9" w16cid:durableId="52640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5D9D"/>
    <w:rsid w:val="005E2F90"/>
    <w:rsid w:val="00673009"/>
    <w:rsid w:val="008D0838"/>
    <w:rsid w:val="00920FE0"/>
    <w:rsid w:val="00AA1D8D"/>
    <w:rsid w:val="00B47730"/>
    <w:rsid w:val="00CB0664"/>
    <w:rsid w:val="00E252D4"/>
    <w:rsid w:val="00ED0F4D"/>
    <w:rsid w:val="00ED3E47"/>
    <w:rsid w:val="00F42654"/>
    <w:rsid w:val="00FA77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F188B69-20FB-4105-AB0A-86C441CA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František Bukač</cp:lastModifiedBy>
  <cp:revision>10</cp:revision>
  <cp:lastPrinted>2026-10-15T12:43:00Z</cp:lastPrinted>
  <dcterms:created xsi:type="dcterms:W3CDTF">2013-12-23T23:15:00Z</dcterms:created>
  <dcterms:modified xsi:type="dcterms:W3CDTF">2026-10-15T12:47:00Z</dcterms:modified>
  <cp:category/>
</cp:coreProperties>
</file>